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אתגר התקציב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הוצאות חובה להוצאות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תקציב חודשי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שמירה על סכום מינימלי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130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מסומנת כהוצאת חובה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להשאיר לפחות 40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הוצאה למחיר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(60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(70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(50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לתכנון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לחשב כמה הכנסה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להפריש כסף להוצאות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להשאיר סכום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הוצאות נוספות עם הכסף שנשאר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130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 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הוצאה מהרשימה שאינה חובה, למשל סרט או פיצה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החישובים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את הבחירות שלהם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אתגר התקציב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אתגר התקציב יש לכם 300 שקלים לחודש. חלק מההוצאות הן חובה, וחלק אפשר לבחור, אבל תמיד צריך להשאיר כסף לחיסכון.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300  ·  130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כסף יש בתחילת החודש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כסף זה סך הוצאות החובה (נסיעות ואוכל)?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הסכום המינימלי שצריך להשאיר לחיסכון?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הנסיעה בתחבורה ציבורית היא הוצאת חובה של 60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להוציא את כל ה-300 ₪ בלי להשאיר כלום לחיסכון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ההכנסה החודשית במשחק היא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סך הוצאות החובה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הוצאה למחיר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טעינת כרטיס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50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אוכל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60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סרט עם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70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יציאה לפיצה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45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לתכנון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להפריש כסף להוצאות חובה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להשאיר סכום לחיסכון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הוצאות נוספות עם הכסף שנשאר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לחשב כמה הכנסה 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תכננו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כסף זה הוצאות החובה ביחד?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כסף חייבים להשאיר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אתגר התקציב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